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Ramadan CS 1.6 Lahore League 2026</w:t>
      </w:r>
    </w:p>
    <w:p>
      <w:r>
        <w:t>Official League Rules, Format &amp; Match Schedule</w:t>
        <w:br/>
      </w:r>
    </w:p>
    <w:p>
      <w:pPr>
        <w:pStyle w:val="Heading1"/>
      </w:pPr>
      <w:r>
        <w:t>League Overview</w:t>
      </w:r>
    </w:p>
    <w:p>
      <w:r>
        <w:t>League Name: Ramadan CS 1.6 Lahore League</w:t>
        <w:br/>
        <w:t>City: Lahore</w:t>
        <w:br/>
        <w:t>Start Date: 15 February 2026</w:t>
        <w:br/>
        <w:t>League Completion Deadline: 5 March 2026 (19th Ramadan)</w:t>
        <w:br/>
        <w:t>All matches must conclude within the first 19 days of Ramadan.</w:t>
      </w:r>
    </w:p>
    <w:p>
      <w:pPr>
        <w:pStyle w:val="Heading1"/>
      </w:pPr>
      <w:r>
        <w:t>Participating Teams</w:t>
      </w:r>
    </w:p>
    <w:p>
      <w:pPr>
        <w:pStyle w:val="ListBullet"/>
      </w:pPr>
      <w:r>
        <w:t>Team GaaRa</w:t>
      </w:r>
    </w:p>
    <w:p>
      <w:pPr>
        <w:pStyle w:val="ListBullet"/>
      </w:pPr>
      <w:r>
        <w:t>Team dANGER</w:t>
      </w:r>
    </w:p>
    <w:p>
      <w:pPr>
        <w:pStyle w:val="ListBullet"/>
      </w:pPr>
      <w:r>
        <w:t>Team iNC</w:t>
      </w:r>
    </w:p>
    <w:p>
      <w:pPr>
        <w:pStyle w:val="ListBullet"/>
      </w:pPr>
      <w:r>
        <w:t>Team Rob</w:t>
      </w:r>
    </w:p>
    <w:p>
      <w:pPr>
        <w:pStyle w:val="ListBullet"/>
      </w:pPr>
      <w:r>
        <w:t>Team Red</w:t>
      </w:r>
    </w:p>
    <w:p>
      <w:pPr>
        <w:pStyle w:val="Heading1"/>
      </w:pPr>
      <w:r>
        <w:t>Tournament Format</w:t>
      </w:r>
    </w:p>
    <w:p>
      <w:r>
        <w:t>• Double Round Robin format — each team plays every other team twice.</w:t>
        <w:br/>
        <w:t>• Total Round Robin Matches: 20</w:t>
        <w:br/>
        <w:t>• Each team plays 8 matches.</w:t>
        <w:br/>
        <w:t>• Top 2 teams qualify for the Final.</w:t>
        <w:br/>
        <w:t>• Final match decides the champion.</w:t>
        <w:br/>
        <w:t>• Total Matches in League: 21 (20 league + 1 final).</w:t>
      </w:r>
    </w:p>
    <w:p>
      <w:pPr>
        <w:pStyle w:val="Heading1"/>
      </w:pPr>
      <w:r>
        <w:t>Match Format</w:t>
      </w:r>
    </w:p>
    <w:p>
      <w:r>
        <w:t>Each match consists of 5 maps selected from the pool:</w:t>
        <w:br/>
        <w:t>Dust2, Inferno, and Nuke.</w:t>
        <w:br/>
        <w:br/>
        <w:t>Maps appear in random order determined via parchi (draw) system.</w:t>
      </w:r>
    </w:p>
    <w:p>
      <w:pPr>
        <w:pStyle w:val="Heading2"/>
      </w:pPr>
      <w:r>
        <w:t>Coin Toss &amp; Map Order Rules</w:t>
      </w:r>
    </w:p>
    <w:p>
      <w:r>
        <w:t>• Coin toss between captains before match.</w:t>
        <w:br/>
        <w:t>• Toss winner chooses CT/T side for Map 1, Map 3, and Map 5.</w:t>
        <w:br/>
        <w:t>• Five map slips are opened to determine order of maps.</w:t>
      </w:r>
    </w:p>
    <w:p>
      <w:pPr>
        <w:pStyle w:val="Heading2"/>
      </w:pPr>
      <w:r>
        <w:t>Round Format</w:t>
      </w:r>
    </w:p>
    <w:p>
      <w:r>
        <w:t>• Standard CS 1.6 competitive format MR15.</w:t>
        <w:br/>
        <w:t>• Teams play 15 rounds per side.</w:t>
      </w:r>
    </w:p>
    <w:p>
      <w:pPr>
        <w:pStyle w:val="Heading2"/>
      </w:pPr>
      <w:r>
        <w:t>Overtime Rule</w:t>
      </w:r>
    </w:p>
    <w:p>
      <w:r>
        <w:t>If map score becomes 15–15:</w:t>
        <w:br/>
        <w:t>• MR3 overtime is played.</w:t>
        <w:br/>
        <w:t>• Starting money: $10,000.</w:t>
        <w:br/>
        <w:t>• Continue MR3 until a winner is decided.</w:t>
      </w:r>
    </w:p>
    <w:p>
      <w:pPr>
        <w:pStyle w:val="Heading1"/>
      </w:pPr>
      <w:r>
        <w:t>Points System</w:t>
      </w:r>
    </w:p>
    <w:p>
      <w:r>
        <w:t>Each map win awards 2 points.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Map Result</w:t>
            </w:r>
          </w:p>
        </w:tc>
        <w:tc>
          <w:tcPr>
            <w:tcW w:type="dxa" w:w="2880"/>
          </w:tcPr>
          <w:p>
            <w:r>
              <w:t>Winner Points</w:t>
            </w:r>
          </w:p>
        </w:tc>
        <w:tc>
          <w:tcPr>
            <w:tcW w:type="dxa" w:w="2880"/>
          </w:tcPr>
          <w:p>
            <w:r>
              <w:t>Loser Points</w:t>
            </w:r>
          </w:p>
        </w:tc>
      </w:tr>
      <w:tr>
        <w:tc>
          <w:tcPr>
            <w:tcW w:type="dxa" w:w="2880"/>
          </w:tcPr>
          <w:p>
            <w:r>
              <w:t>5–0</w:t>
            </w:r>
          </w:p>
        </w:tc>
        <w:tc>
          <w:tcPr>
            <w:tcW w:type="dxa" w:w="2880"/>
          </w:tcPr>
          <w:p>
            <w:r>
              <w:t>10</w:t>
            </w:r>
          </w:p>
        </w:tc>
        <w:tc>
          <w:tcPr>
            <w:tcW w:type="dxa" w:w="2880"/>
          </w:tcPr>
          <w:p>
            <w:r>
              <w:t>0</w:t>
            </w:r>
          </w:p>
        </w:tc>
      </w:tr>
      <w:tr>
        <w:tc>
          <w:tcPr>
            <w:tcW w:type="dxa" w:w="2880"/>
          </w:tcPr>
          <w:p>
            <w:r>
              <w:t>4–1</w:t>
            </w:r>
          </w:p>
        </w:tc>
        <w:tc>
          <w:tcPr>
            <w:tcW w:type="dxa" w:w="2880"/>
          </w:tcPr>
          <w:p>
            <w:r>
              <w:t>8</w:t>
            </w:r>
          </w:p>
        </w:tc>
        <w:tc>
          <w:tcPr>
            <w:tcW w:type="dxa" w:w="2880"/>
          </w:tcPr>
          <w:p>
            <w:r>
              <w:t>2</w:t>
            </w:r>
          </w:p>
        </w:tc>
      </w:tr>
      <w:tr>
        <w:tc>
          <w:tcPr>
            <w:tcW w:type="dxa" w:w="2880"/>
          </w:tcPr>
          <w:p>
            <w:r>
              <w:t>3–2</w:t>
            </w:r>
          </w:p>
        </w:tc>
        <w:tc>
          <w:tcPr>
            <w:tcW w:type="dxa" w:w="2880"/>
          </w:tcPr>
          <w:p>
            <w:r>
              <w:t>6</w:t>
            </w:r>
          </w:p>
        </w:tc>
        <w:tc>
          <w:tcPr>
            <w:tcW w:type="dxa" w:w="2880"/>
          </w:tcPr>
          <w:p>
            <w:r>
              <w:t>4</w:t>
            </w:r>
          </w:p>
        </w:tc>
      </w:tr>
    </w:tbl>
    <w:p>
      <w:pPr>
        <w:pStyle w:val="Heading1"/>
      </w:pPr>
      <w:r>
        <w:t>General Match Rules</w:t>
      </w:r>
    </w:p>
    <w:p>
      <w:r>
        <w:t>• Teams must report on time.</w:t>
        <w:br/>
        <w:t>• 10-minute delay allowed before default loss.</w:t>
        <w:br/>
        <w:t>• Cheating or hacking leads to disqualification.</w:t>
        <w:br/>
        <w:t>• Admin decision is final.</w:t>
        <w:br/>
        <w:t>• Technical pauses allowed only for server issues.</w:t>
        <w:br/>
        <w:t>• Substitutes allowed only before match start.</w:t>
      </w:r>
    </w:p>
    <w:p>
      <w:pPr>
        <w:pStyle w:val="Heading1"/>
      </w:pPr>
      <w:r>
        <w:t>League Ranking Rules</w:t>
      </w:r>
    </w:p>
    <w:p>
      <w:r>
        <w:t>If teams are tied on points:</w:t>
        <w:br/>
        <w:t>1. Head-to-head result</w:t>
        <w:br/>
        <w:t>2. Map difference</w:t>
        <w:br/>
        <w:t>3. Total maps won</w:t>
        <w:br/>
        <w:t>4. Admin decision match if required.</w:t>
      </w:r>
    </w:p>
    <w:p>
      <w:pPr>
        <w:pStyle w:val="Heading1"/>
      </w:pPr>
      <w:r>
        <w:t>League Match Schedule</w:t>
      </w:r>
    </w:p>
    <w:p>
      <w:pPr>
        <w:pStyle w:val="Heading2"/>
      </w:pPr>
      <w:r>
        <w:t>Week 1 Schedule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Date</w:t>
            </w:r>
          </w:p>
        </w:tc>
        <w:tc>
          <w:tcPr>
            <w:tcW w:type="dxa" w:w="2880"/>
          </w:tcPr>
          <w:p>
            <w:r>
              <w:t>Match</w:t>
            </w:r>
          </w:p>
        </w:tc>
        <w:tc>
          <w:tcPr>
            <w:tcW w:type="dxa" w:w="2880"/>
          </w:tcPr>
          <w:p>
            <w:r>
              <w:t>Slot</w:t>
            </w:r>
          </w:p>
        </w:tc>
      </w:tr>
      <w:tr>
        <w:tc>
          <w:tcPr>
            <w:tcW w:type="dxa" w:w="2880"/>
          </w:tcPr>
          <w:p>
            <w:r>
              <w:t>15 Feb</w:t>
            </w:r>
          </w:p>
        </w:tc>
        <w:tc>
          <w:tcPr>
            <w:tcW w:type="dxa" w:w="2880"/>
          </w:tcPr>
          <w:p>
            <w:r>
              <w:t>GaaRa vs dANGER</w:t>
            </w:r>
          </w:p>
        </w:tc>
        <w:tc>
          <w:tcPr>
            <w:tcW w:type="dxa" w:w="2880"/>
          </w:tcPr>
          <w:p>
            <w:r>
              <w:t>Evening</w:t>
            </w:r>
          </w:p>
        </w:tc>
      </w:tr>
      <w:tr>
        <w:tc>
          <w:tcPr>
            <w:tcW w:type="dxa" w:w="2880"/>
          </w:tcPr>
          <w:p>
            <w:r>
              <w:t>16 Feb</w:t>
            </w:r>
          </w:p>
        </w:tc>
        <w:tc>
          <w:tcPr>
            <w:tcW w:type="dxa" w:w="2880"/>
          </w:tcPr>
          <w:p>
            <w:r>
              <w:t>iNC vs Rob</w:t>
            </w:r>
          </w:p>
        </w:tc>
        <w:tc>
          <w:tcPr>
            <w:tcW w:type="dxa" w:w="2880"/>
          </w:tcPr>
          <w:p>
            <w:r>
              <w:t>Nighter</w:t>
            </w:r>
          </w:p>
        </w:tc>
      </w:tr>
      <w:tr>
        <w:tc>
          <w:tcPr>
            <w:tcW w:type="dxa" w:w="2880"/>
          </w:tcPr>
          <w:p>
            <w:r>
              <w:t>17 Feb</w:t>
            </w:r>
          </w:p>
        </w:tc>
        <w:tc>
          <w:tcPr>
            <w:tcW w:type="dxa" w:w="2880"/>
          </w:tcPr>
          <w:p>
            <w:r>
              <w:t>Red vs GaaRa</w:t>
            </w:r>
          </w:p>
        </w:tc>
        <w:tc>
          <w:tcPr>
            <w:tcW w:type="dxa" w:w="2880"/>
          </w:tcPr>
          <w:p>
            <w:r>
              <w:t>Afternoon</w:t>
            </w:r>
          </w:p>
        </w:tc>
      </w:tr>
      <w:tr>
        <w:tc>
          <w:tcPr>
            <w:tcW w:type="dxa" w:w="2880"/>
          </w:tcPr>
          <w:p>
            <w:r>
              <w:t>18 Feb</w:t>
            </w:r>
          </w:p>
        </w:tc>
        <w:tc>
          <w:tcPr>
            <w:tcW w:type="dxa" w:w="2880"/>
          </w:tcPr>
          <w:p>
            <w:r>
              <w:t>dANGER vs iNC</w:t>
            </w:r>
          </w:p>
        </w:tc>
        <w:tc>
          <w:tcPr>
            <w:tcW w:type="dxa" w:w="2880"/>
          </w:tcPr>
          <w:p>
            <w:r>
              <w:t>Evening</w:t>
            </w:r>
          </w:p>
        </w:tc>
      </w:tr>
      <w:tr>
        <w:tc>
          <w:tcPr>
            <w:tcW w:type="dxa" w:w="2880"/>
          </w:tcPr>
          <w:p>
            <w:r>
              <w:t>19 Feb</w:t>
            </w:r>
          </w:p>
        </w:tc>
        <w:tc>
          <w:tcPr>
            <w:tcW w:type="dxa" w:w="2880"/>
          </w:tcPr>
          <w:p>
            <w:r>
              <w:t>Rob vs Red</w:t>
            </w:r>
          </w:p>
        </w:tc>
        <w:tc>
          <w:tcPr>
            <w:tcW w:type="dxa" w:w="2880"/>
          </w:tcPr>
          <w:p>
            <w:r>
              <w:t>Nighter</w:t>
            </w:r>
          </w:p>
        </w:tc>
      </w:tr>
      <w:tr>
        <w:tc>
          <w:tcPr>
            <w:tcW w:type="dxa" w:w="2880"/>
          </w:tcPr>
          <w:p>
            <w:r>
              <w:t>20 Feb</w:t>
            </w:r>
          </w:p>
        </w:tc>
        <w:tc>
          <w:tcPr>
            <w:tcW w:type="dxa" w:w="2880"/>
          </w:tcPr>
          <w:p>
            <w:r>
              <w:t>GaaRa vs iNC</w:t>
            </w:r>
          </w:p>
        </w:tc>
        <w:tc>
          <w:tcPr>
            <w:tcW w:type="dxa" w:w="2880"/>
          </w:tcPr>
          <w:p>
            <w:r>
              <w:t>Evening</w:t>
            </w:r>
          </w:p>
        </w:tc>
      </w:tr>
      <w:tr>
        <w:tc>
          <w:tcPr>
            <w:tcW w:type="dxa" w:w="2880"/>
          </w:tcPr>
          <w:p>
            <w:r>
              <w:t>21 Feb</w:t>
            </w:r>
          </w:p>
        </w:tc>
        <w:tc>
          <w:tcPr>
            <w:tcW w:type="dxa" w:w="2880"/>
          </w:tcPr>
          <w:p>
            <w:r>
              <w:t>dANGER vs Rob</w:t>
            </w:r>
          </w:p>
        </w:tc>
        <w:tc>
          <w:tcPr>
            <w:tcW w:type="dxa" w:w="2880"/>
          </w:tcPr>
          <w:p>
            <w:r>
              <w:t>Afternoon</w:t>
            </w:r>
          </w:p>
        </w:tc>
      </w:tr>
    </w:tbl>
    <w:p>
      <w:pPr>
        <w:pStyle w:val="Heading2"/>
      </w:pPr>
      <w:r>
        <w:t>Week 2 Schedule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Date</w:t>
            </w:r>
          </w:p>
        </w:tc>
        <w:tc>
          <w:tcPr>
            <w:tcW w:type="dxa" w:w="2880"/>
          </w:tcPr>
          <w:p>
            <w:r>
              <w:t>Match</w:t>
            </w:r>
          </w:p>
        </w:tc>
        <w:tc>
          <w:tcPr>
            <w:tcW w:type="dxa" w:w="2880"/>
          </w:tcPr>
          <w:p>
            <w:r>
              <w:t>Slot</w:t>
            </w:r>
          </w:p>
        </w:tc>
      </w:tr>
      <w:tr>
        <w:tc>
          <w:tcPr>
            <w:tcW w:type="dxa" w:w="2880"/>
          </w:tcPr>
          <w:p>
            <w:r>
              <w:t>22 Feb</w:t>
            </w:r>
          </w:p>
        </w:tc>
        <w:tc>
          <w:tcPr>
            <w:tcW w:type="dxa" w:w="2880"/>
          </w:tcPr>
          <w:p>
            <w:r>
              <w:t>Red vs dANGER</w:t>
            </w:r>
          </w:p>
        </w:tc>
        <w:tc>
          <w:tcPr>
            <w:tcW w:type="dxa" w:w="2880"/>
          </w:tcPr>
          <w:p>
            <w:r>
              <w:t>Evening</w:t>
            </w:r>
          </w:p>
        </w:tc>
      </w:tr>
      <w:tr>
        <w:tc>
          <w:tcPr>
            <w:tcW w:type="dxa" w:w="2880"/>
          </w:tcPr>
          <w:p>
            <w:r>
              <w:t>23 Feb</w:t>
            </w:r>
          </w:p>
        </w:tc>
        <w:tc>
          <w:tcPr>
            <w:tcW w:type="dxa" w:w="2880"/>
          </w:tcPr>
          <w:p>
            <w:r>
              <w:t>Rob vs GaaRa</w:t>
            </w:r>
          </w:p>
        </w:tc>
        <w:tc>
          <w:tcPr>
            <w:tcW w:type="dxa" w:w="2880"/>
          </w:tcPr>
          <w:p>
            <w:r>
              <w:t>Nighter</w:t>
            </w:r>
          </w:p>
        </w:tc>
      </w:tr>
      <w:tr>
        <w:tc>
          <w:tcPr>
            <w:tcW w:type="dxa" w:w="2880"/>
          </w:tcPr>
          <w:p>
            <w:r>
              <w:t>24 Feb</w:t>
            </w:r>
          </w:p>
        </w:tc>
        <w:tc>
          <w:tcPr>
            <w:tcW w:type="dxa" w:w="2880"/>
          </w:tcPr>
          <w:p>
            <w:r>
              <w:t>iNC vs Red</w:t>
            </w:r>
          </w:p>
        </w:tc>
        <w:tc>
          <w:tcPr>
            <w:tcW w:type="dxa" w:w="2880"/>
          </w:tcPr>
          <w:p>
            <w:r>
              <w:t>Afternoon</w:t>
            </w:r>
          </w:p>
        </w:tc>
      </w:tr>
      <w:tr>
        <w:tc>
          <w:tcPr>
            <w:tcW w:type="dxa" w:w="2880"/>
          </w:tcPr>
          <w:p>
            <w:r>
              <w:t>25 Feb</w:t>
            </w:r>
          </w:p>
        </w:tc>
        <w:tc>
          <w:tcPr>
            <w:tcW w:type="dxa" w:w="2880"/>
          </w:tcPr>
          <w:p>
            <w:r>
              <w:t>dANGER vs Rob</w:t>
            </w:r>
          </w:p>
        </w:tc>
        <w:tc>
          <w:tcPr>
            <w:tcW w:type="dxa" w:w="2880"/>
          </w:tcPr>
          <w:p>
            <w:r>
              <w:t>Evening</w:t>
            </w:r>
          </w:p>
        </w:tc>
      </w:tr>
      <w:tr>
        <w:tc>
          <w:tcPr>
            <w:tcW w:type="dxa" w:w="2880"/>
          </w:tcPr>
          <w:p>
            <w:r>
              <w:t>26 Feb</w:t>
            </w:r>
          </w:p>
        </w:tc>
        <w:tc>
          <w:tcPr>
            <w:tcW w:type="dxa" w:w="2880"/>
          </w:tcPr>
          <w:p>
            <w:r>
              <w:t>GaaRa vs Red</w:t>
            </w:r>
          </w:p>
        </w:tc>
        <w:tc>
          <w:tcPr>
            <w:tcW w:type="dxa" w:w="2880"/>
          </w:tcPr>
          <w:p>
            <w:r>
              <w:t>Nighter</w:t>
            </w:r>
          </w:p>
        </w:tc>
      </w:tr>
      <w:tr>
        <w:tc>
          <w:tcPr>
            <w:tcW w:type="dxa" w:w="2880"/>
          </w:tcPr>
          <w:p>
            <w:r>
              <w:t>27 Feb</w:t>
            </w:r>
          </w:p>
        </w:tc>
        <w:tc>
          <w:tcPr>
            <w:tcW w:type="dxa" w:w="2880"/>
          </w:tcPr>
          <w:p>
            <w:r>
              <w:t>iNC vs dANGER</w:t>
            </w:r>
          </w:p>
        </w:tc>
        <w:tc>
          <w:tcPr>
            <w:tcW w:type="dxa" w:w="2880"/>
          </w:tcPr>
          <w:p>
            <w:r>
              <w:t>Afternoon</w:t>
            </w:r>
          </w:p>
        </w:tc>
      </w:tr>
      <w:tr>
        <w:tc>
          <w:tcPr>
            <w:tcW w:type="dxa" w:w="2880"/>
          </w:tcPr>
          <w:p>
            <w:r>
              <w:t>28 Feb</w:t>
            </w:r>
          </w:p>
        </w:tc>
        <w:tc>
          <w:tcPr>
            <w:tcW w:type="dxa" w:w="2880"/>
          </w:tcPr>
          <w:p>
            <w:r>
              <w:t>Rob vs iNC</w:t>
            </w:r>
          </w:p>
        </w:tc>
        <w:tc>
          <w:tcPr>
            <w:tcW w:type="dxa" w:w="2880"/>
          </w:tcPr>
          <w:p>
            <w:r>
              <w:t>Evening</w:t>
            </w:r>
          </w:p>
        </w:tc>
      </w:tr>
    </w:tbl>
    <w:p>
      <w:pPr>
        <w:pStyle w:val="Heading2"/>
      </w:pPr>
      <w:r>
        <w:t>Week 3 Schedule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Date</w:t>
            </w:r>
          </w:p>
        </w:tc>
        <w:tc>
          <w:tcPr>
            <w:tcW w:type="dxa" w:w="2880"/>
          </w:tcPr>
          <w:p>
            <w:r>
              <w:t>Match</w:t>
            </w:r>
          </w:p>
        </w:tc>
        <w:tc>
          <w:tcPr>
            <w:tcW w:type="dxa" w:w="2880"/>
          </w:tcPr>
          <w:p>
            <w:r>
              <w:t>Slot</w:t>
            </w:r>
          </w:p>
        </w:tc>
      </w:tr>
      <w:tr>
        <w:tc>
          <w:tcPr>
            <w:tcW w:type="dxa" w:w="2880"/>
          </w:tcPr>
          <w:p>
            <w:r>
              <w:t>1 Mar</w:t>
            </w:r>
          </w:p>
        </w:tc>
        <w:tc>
          <w:tcPr>
            <w:tcW w:type="dxa" w:w="2880"/>
          </w:tcPr>
          <w:p>
            <w:r>
              <w:t>Red vs Rob</w:t>
            </w:r>
          </w:p>
        </w:tc>
        <w:tc>
          <w:tcPr>
            <w:tcW w:type="dxa" w:w="2880"/>
          </w:tcPr>
          <w:p>
            <w:r>
              <w:t>Nighter</w:t>
            </w:r>
          </w:p>
        </w:tc>
      </w:tr>
      <w:tr>
        <w:tc>
          <w:tcPr>
            <w:tcW w:type="dxa" w:w="2880"/>
          </w:tcPr>
          <w:p>
            <w:r>
              <w:t>2 Mar</w:t>
            </w:r>
          </w:p>
        </w:tc>
        <w:tc>
          <w:tcPr>
            <w:tcW w:type="dxa" w:w="2880"/>
          </w:tcPr>
          <w:p>
            <w:r>
              <w:t>dANGER vs GaaRa</w:t>
            </w:r>
          </w:p>
        </w:tc>
        <w:tc>
          <w:tcPr>
            <w:tcW w:type="dxa" w:w="2880"/>
          </w:tcPr>
          <w:p>
            <w:r>
              <w:t>Afternoon</w:t>
            </w:r>
          </w:p>
        </w:tc>
      </w:tr>
      <w:tr>
        <w:tc>
          <w:tcPr>
            <w:tcW w:type="dxa" w:w="2880"/>
          </w:tcPr>
          <w:p>
            <w:r>
              <w:t>3 Mar</w:t>
            </w:r>
          </w:p>
        </w:tc>
        <w:tc>
          <w:tcPr>
            <w:tcW w:type="dxa" w:w="2880"/>
          </w:tcPr>
          <w:p>
            <w:r>
              <w:t>iNC vs GaaRa</w:t>
            </w:r>
          </w:p>
        </w:tc>
        <w:tc>
          <w:tcPr>
            <w:tcW w:type="dxa" w:w="2880"/>
          </w:tcPr>
          <w:p>
            <w:r>
              <w:t>Evening</w:t>
            </w:r>
          </w:p>
        </w:tc>
      </w:tr>
      <w:tr>
        <w:tc>
          <w:tcPr>
            <w:tcW w:type="dxa" w:w="2880"/>
          </w:tcPr>
          <w:p>
            <w:r>
              <w:t>4 Mar</w:t>
            </w:r>
          </w:p>
        </w:tc>
        <w:tc>
          <w:tcPr>
            <w:tcW w:type="dxa" w:w="2880"/>
          </w:tcPr>
          <w:p>
            <w:r>
              <w:t>Red vs dANGER</w:t>
            </w:r>
          </w:p>
        </w:tc>
        <w:tc>
          <w:tcPr>
            <w:tcW w:type="dxa" w:w="2880"/>
          </w:tcPr>
          <w:p>
            <w:r>
              <w:t>Nighter</w:t>
            </w:r>
          </w:p>
        </w:tc>
      </w:tr>
      <w:tr>
        <w:tc>
          <w:tcPr>
            <w:tcW w:type="dxa" w:w="2880"/>
          </w:tcPr>
          <w:p>
            <w:r>
              <w:t>5 Mar</w:t>
            </w:r>
          </w:p>
        </w:tc>
        <w:tc>
          <w:tcPr>
            <w:tcW w:type="dxa" w:w="2880"/>
          </w:tcPr>
          <w:p>
            <w:r>
              <w:t>FINAL (Top 2 Teams)</w:t>
            </w:r>
          </w:p>
        </w:tc>
        <w:tc>
          <w:tcPr>
            <w:tcW w:type="dxa" w:w="2880"/>
          </w:tcPr>
          <w:p>
            <w:r>
              <w:t>Evening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